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35245" w14:textId="2FD4B041" w:rsidR="00D3213A" w:rsidRPr="00351790" w:rsidRDefault="00A80B62">
      <w:pPr>
        <w:pStyle w:val="Heading1"/>
        <w:jc w:val="center"/>
        <w:rPr>
          <w:rFonts w:ascii="Century Gothic" w:hAnsi="Century Gothic"/>
          <w:color w:val="00CC00"/>
          <w:sz w:val="32"/>
          <w:szCs w:val="32"/>
        </w:rPr>
      </w:pPr>
      <w:r w:rsidRPr="00351790">
        <w:rPr>
          <w:rFonts w:ascii="Century Gothic" w:hAnsi="Century Gothic"/>
          <w:noProof/>
          <w:color w:val="00CC00"/>
          <w:sz w:val="32"/>
          <w:szCs w:val="32"/>
        </w:rPr>
        <w:drawing>
          <wp:anchor distT="0" distB="0" distL="114300" distR="114300" simplePos="0" relativeHeight="251618304" behindDoc="1" locked="0" layoutInCell="1" allowOverlap="1" wp14:anchorId="0D7A8A74" wp14:editId="368B78EC">
            <wp:simplePos x="0" y="0"/>
            <wp:positionH relativeFrom="column">
              <wp:posOffset>-1051560</wp:posOffset>
            </wp:positionH>
            <wp:positionV relativeFrom="paragraph">
              <wp:posOffset>-259080</wp:posOffset>
            </wp:positionV>
            <wp:extent cx="1463040" cy="1463040"/>
            <wp:effectExtent l="0" t="0" r="3810" b="3810"/>
            <wp:wrapNone/>
            <wp:docPr id="1959200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200348" name="Picture 1959200348"/>
                    <pic:cNvPicPr/>
                  </pic:nvPicPr>
                  <pic:blipFill>
                    <a:blip r:embed="rId6"/>
                    <a:stretch>
                      <a:fillRect/>
                    </a:stretch>
                  </pic:blipFill>
                  <pic:spPr>
                    <a:xfrm>
                      <a:off x="0" y="0"/>
                      <a:ext cx="1463040" cy="146304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351790">
        <w:rPr>
          <w:rFonts w:ascii="Century Gothic" w:hAnsi="Century Gothic"/>
          <w:color w:val="00CC00"/>
          <w:sz w:val="32"/>
          <w:szCs w:val="32"/>
        </w:rPr>
        <w:t>EcoFamiliez</w:t>
      </w:r>
      <w:proofErr w:type="spellEnd"/>
      <w:r w:rsidRPr="00351790">
        <w:rPr>
          <w:rFonts w:ascii="Century Gothic" w:hAnsi="Century Gothic"/>
          <w:color w:val="00CC00"/>
          <w:sz w:val="32"/>
          <w:szCs w:val="32"/>
        </w:rPr>
        <w:t xml:space="preserve"> Partner Activity Registration Form</w:t>
      </w:r>
    </w:p>
    <w:p w14:paraId="18C3C1E8" w14:textId="77777777" w:rsidR="00A80B62" w:rsidRPr="00351790" w:rsidRDefault="00A80B62">
      <w:pPr>
        <w:rPr>
          <w:rFonts w:ascii="Century Gothic" w:hAnsi="Century Gothic"/>
          <w:sz w:val="24"/>
          <w:szCs w:val="24"/>
        </w:rPr>
      </w:pPr>
    </w:p>
    <w:p w14:paraId="18D803AD" w14:textId="1ECB664A" w:rsidR="00D3213A" w:rsidRPr="00351790" w:rsidRDefault="00000000">
      <w:pPr>
        <w:rPr>
          <w:rFonts w:ascii="Century Gothic" w:hAnsi="Century Gothic" w:cstheme="majorHAnsi"/>
          <w:b/>
          <w:bCs/>
          <w:sz w:val="24"/>
          <w:szCs w:val="24"/>
        </w:rPr>
      </w:pPr>
      <w:r w:rsidRPr="00351790">
        <w:rPr>
          <w:rFonts w:ascii="Century Gothic" w:hAnsi="Century Gothic" w:cstheme="majorHAnsi"/>
          <w:b/>
          <w:bCs/>
          <w:sz w:val="24"/>
          <w:szCs w:val="24"/>
        </w:rPr>
        <w:t xml:space="preserve">Whitburn </w:t>
      </w:r>
      <w:proofErr w:type="spellStart"/>
      <w:r w:rsidRPr="00351790">
        <w:rPr>
          <w:rFonts w:ascii="Century Gothic" w:hAnsi="Century Gothic" w:cstheme="majorHAnsi"/>
          <w:b/>
          <w:bCs/>
          <w:sz w:val="24"/>
          <w:szCs w:val="24"/>
        </w:rPr>
        <w:t>EcoFamiliez</w:t>
      </w:r>
      <w:proofErr w:type="spellEnd"/>
      <w:r w:rsidRPr="00351790">
        <w:rPr>
          <w:rFonts w:ascii="Century Gothic" w:hAnsi="Century Gothic" w:cstheme="majorHAnsi"/>
          <w:b/>
          <w:bCs/>
          <w:sz w:val="24"/>
          <w:szCs w:val="24"/>
        </w:rPr>
        <w:t xml:space="preserve"> Open Day</w:t>
      </w:r>
      <w:r w:rsidRPr="00351790">
        <w:rPr>
          <w:rFonts w:ascii="Century Gothic" w:hAnsi="Century Gothic" w:cstheme="majorHAnsi"/>
          <w:b/>
          <w:bCs/>
          <w:sz w:val="24"/>
          <w:szCs w:val="24"/>
        </w:rPr>
        <w:br/>
        <w:t>Whitburn Community Centre | Saturday 26 September | 1</w:t>
      </w:r>
      <w:r w:rsidR="00BF0551">
        <w:rPr>
          <w:rFonts w:ascii="Century Gothic" w:hAnsi="Century Gothic" w:cstheme="majorHAnsi"/>
          <w:b/>
          <w:bCs/>
          <w:sz w:val="24"/>
          <w:szCs w:val="24"/>
        </w:rPr>
        <w:t>:3</w:t>
      </w:r>
      <w:r w:rsidRPr="00351790">
        <w:rPr>
          <w:rFonts w:ascii="Century Gothic" w:hAnsi="Century Gothic" w:cstheme="majorHAnsi"/>
          <w:b/>
          <w:bCs/>
          <w:sz w:val="24"/>
          <w:szCs w:val="24"/>
        </w:rPr>
        <w:t>0–5:00pm</w:t>
      </w:r>
    </w:p>
    <w:p w14:paraId="3211B8D3" w14:textId="77777777" w:rsidR="00D3213A" w:rsidRPr="00351790" w:rsidRDefault="00000000">
      <w:pPr>
        <w:pStyle w:val="Heading2"/>
        <w:rPr>
          <w:rFonts w:ascii="Century Gothic" w:hAnsi="Century Gothic"/>
          <w:color w:val="00CC00"/>
          <w:sz w:val="24"/>
          <w:szCs w:val="24"/>
        </w:rPr>
      </w:pPr>
      <w:r w:rsidRPr="00351790">
        <w:rPr>
          <w:rFonts w:ascii="Century Gothic" w:hAnsi="Century Gothic"/>
          <w:color w:val="00CC00"/>
          <w:sz w:val="24"/>
          <w:szCs w:val="24"/>
        </w:rPr>
        <w:lastRenderedPageBreak/>
        <w:t>About the Day</w:t>
      </w:r>
    </w:p>
    <w:p w14:paraId="23BD9C4B" w14:textId="77777777" w:rsidR="00351790" w:rsidRPr="00351790" w:rsidRDefault="00351790" w:rsidP="00351790">
      <w:pPr>
        <w:pStyle w:val="Heading2"/>
        <w:rPr>
          <w:rFonts w:ascii="Century Gothic" w:hAnsi="Century Gothic"/>
          <w:b w:val="0"/>
          <w:bCs w:val="0"/>
          <w:color w:val="000000" w:themeColor="text1"/>
          <w:sz w:val="24"/>
          <w:szCs w:val="24"/>
          <w:lang w:val="en-GB"/>
        </w:rPr>
      </w:pPr>
      <w:r w:rsidRPr="00351790">
        <w:rPr>
          <w:rFonts w:ascii="Century Gothic" w:hAnsi="Century Gothic"/>
          <w:b w:val="0"/>
          <w:bCs w:val="0"/>
          <w:color w:val="000000" w:themeColor="text1"/>
          <w:sz w:val="24"/>
          <w:szCs w:val="24"/>
          <w:lang w:val="en-GB"/>
        </w:rPr>
        <w:t>We’re inviting local organisations to help us create a fun, family</w:t>
      </w:r>
      <w:r w:rsidRPr="00351790">
        <w:rPr>
          <w:rFonts w:ascii="Century Gothic" w:hAnsi="Century Gothic"/>
          <w:b w:val="0"/>
          <w:bCs w:val="0"/>
          <w:color w:val="000000" w:themeColor="text1"/>
          <w:sz w:val="24"/>
          <w:szCs w:val="24"/>
          <w:lang w:val="en-GB"/>
        </w:rPr>
        <w:noBreakHyphen/>
        <w:t>friendly Eco Day in West Lothian. You can get involved by bringing an information stand, running an interactive activity, or delivering a hands</w:t>
      </w:r>
      <w:r w:rsidRPr="00351790">
        <w:rPr>
          <w:rFonts w:ascii="Century Gothic" w:hAnsi="Century Gothic"/>
          <w:b w:val="0"/>
          <w:bCs w:val="0"/>
          <w:color w:val="000000" w:themeColor="text1"/>
          <w:sz w:val="24"/>
          <w:szCs w:val="24"/>
          <w:lang w:val="en-GB"/>
        </w:rPr>
        <w:noBreakHyphen/>
        <w:t>on workshop or demonstration that celebrates the environment and the brilliant services you offer.</w:t>
      </w:r>
    </w:p>
    <w:p w14:paraId="3C219D19" w14:textId="652DBD2C" w:rsidR="00351790" w:rsidRPr="00351790" w:rsidRDefault="00351790" w:rsidP="00351790">
      <w:pPr>
        <w:pStyle w:val="Heading2"/>
        <w:rPr>
          <w:rFonts w:ascii="Century Gothic" w:hAnsi="Century Gothic"/>
          <w:b w:val="0"/>
          <w:bCs w:val="0"/>
          <w:color w:val="000000" w:themeColor="text1"/>
          <w:sz w:val="24"/>
          <w:szCs w:val="24"/>
          <w:lang w:val="en-GB"/>
        </w:rPr>
      </w:pPr>
      <w:r w:rsidRPr="00351790">
        <w:rPr>
          <w:rFonts w:ascii="Century Gothic" w:hAnsi="Century Gothic"/>
          <w:b w:val="0"/>
          <w:bCs w:val="0"/>
          <w:color w:val="000000" w:themeColor="text1"/>
          <w:sz w:val="24"/>
          <w:szCs w:val="24"/>
          <w:lang w:val="en-GB"/>
        </w:rPr>
        <w:t>We’re aiming for a lively mix of stalls, activities and workshops throughout the day that inspire families and encourage them to take part. If you’d like to be involved, please complete the form below and email it to maria.martinez@kidzeco.net</w:t>
      </w:r>
    </w:p>
    <w:p w14:paraId="64FB3181" w14:textId="38627C81" w:rsidR="00A80B62" w:rsidRPr="00351790" w:rsidRDefault="00351790" w:rsidP="00A80B62">
      <w:pPr>
        <w:pStyle w:val="Heading3"/>
        <w:rPr>
          <w:rFonts w:ascii="Century Gothic" w:hAnsi="Century Gothic"/>
          <w:color w:val="000000" w:themeColor="text1"/>
          <w:sz w:val="24"/>
          <w:szCs w:val="24"/>
        </w:rPr>
      </w:pPr>
      <w:r w:rsidRPr="00351790">
        <w:rPr>
          <w:rFonts w:ascii="Century Gothic" w:hAnsi="Century Gothic"/>
          <w:noProof/>
          <w:color w:val="000000" w:themeColor="text1"/>
          <w:sz w:val="24"/>
          <w:szCs w:val="24"/>
        </w:rPr>
        <mc:AlternateContent>
          <mc:Choice Requires="wps">
            <w:drawing>
              <wp:anchor distT="45720" distB="45720" distL="114300" distR="114300" simplePos="0" relativeHeight="251675648" behindDoc="0" locked="0" layoutInCell="1" allowOverlap="1" wp14:anchorId="3F73E2C2" wp14:editId="2F7063DD">
                <wp:simplePos x="0" y="0"/>
                <wp:positionH relativeFrom="column">
                  <wp:posOffset>-45720</wp:posOffset>
                </wp:positionH>
                <wp:positionV relativeFrom="paragraph">
                  <wp:posOffset>430530</wp:posOffset>
                </wp:positionV>
                <wp:extent cx="5722620" cy="396240"/>
                <wp:effectExtent l="0" t="0" r="11430" b="22860"/>
                <wp:wrapSquare wrapText="bothSides"/>
                <wp:docPr id="5223397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396240"/>
                        </a:xfrm>
                        <a:prstGeom prst="rect">
                          <a:avLst/>
                        </a:prstGeom>
                        <a:solidFill>
                          <a:srgbClr val="FFFFFF"/>
                        </a:solidFill>
                        <a:ln w="9525">
                          <a:solidFill>
                            <a:srgbClr val="000000"/>
                          </a:solidFill>
                          <a:miter lim="800000"/>
                          <a:headEnd/>
                          <a:tailEnd/>
                        </a:ln>
                      </wps:spPr>
                      <wps:txbx>
                        <w:txbxContent>
                          <w:p w14:paraId="2B3D9046" w14:textId="77777777" w:rsidR="00A80B62" w:rsidRDefault="00A80B62" w:rsidP="00A80B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73E2C2" id="_x0000_t202" coordsize="21600,21600" o:spt="202" path="m,l,21600r21600,l21600,xe">
                <v:stroke joinstyle="miter"/>
                <v:path gradientshapeok="t" o:connecttype="rect"/>
              </v:shapetype>
              <v:shape id="Text Box 2" o:spid="_x0000_s1026" type="#_x0000_t202" style="position:absolute;margin-left:-3.6pt;margin-top:33.9pt;width:450.6pt;height:31.2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">
                <v:textbox>
                  <w:txbxContent>
                    <w:p w14:paraId="2B3D9046" w14:textId="77777777" w:rsidR="00A80B62" w:rsidRDefault="00A80B62" w:rsidP="00A80B62"/>
                  </w:txbxContent>
                </v:textbox>
                <w10:wrap type="square"/>
              </v:shape>
            </w:pict>
          </mc:Fallback>
        </mc:AlternateContent>
      </w:r>
      <w:proofErr w:type="spellStart"/>
      <w:r w:rsidRPr="00351790">
        <w:rPr>
          <w:rFonts w:ascii="Century Gothic" w:hAnsi="Century Gothic"/>
          <w:color w:val="000000" w:themeColor="text1"/>
          <w:sz w:val="24"/>
          <w:szCs w:val="24"/>
        </w:rPr>
        <w:t>Organisation</w:t>
      </w:r>
      <w:proofErr w:type="spellEnd"/>
      <w:r w:rsidR="00A80B62" w:rsidRPr="00351790">
        <w:rPr>
          <w:rFonts w:ascii="Century Gothic" w:hAnsi="Century Gothic"/>
          <w:color w:val="000000" w:themeColor="text1"/>
          <w:sz w:val="24"/>
          <w:szCs w:val="24"/>
        </w:rPr>
        <w:t>:</w:t>
      </w:r>
    </w:p>
    <w:p w14:paraId="0C81BBC4" w14:textId="354F2965" w:rsidR="00A80B62" w:rsidRPr="00351790" w:rsidRDefault="00351790" w:rsidP="00A80B62">
      <w:pPr>
        <w:pStyle w:val="Heading3"/>
        <w:rPr>
          <w:rFonts w:ascii="Century Gothic" w:hAnsi="Century Gothic"/>
          <w:color w:val="000000" w:themeColor="text1"/>
          <w:sz w:val="24"/>
          <w:szCs w:val="24"/>
        </w:rPr>
      </w:pPr>
      <w:r w:rsidRPr="00351790">
        <w:rPr>
          <w:rFonts w:ascii="Century Gothic" w:hAnsi="Century Gothic"/>
          <w:noProof/>
          <w:color w:val="000000" w:themeColor="text1"/>
          <w:sz w:val="24"/>
          <w:szCs w:val="24"/>
        </w:rPr>
        <mc:AlternateContent>
          <mc:Choice Requires="wps">
            <w:drawing>
              <wp:anchor distT="45720" distB="45720" distL="114300" distR="114300" simplePos="0" relativeHeight="251649024" behindDoc="0" locked="0" layoutInCell="1" allowOverlap="1" wp14:anchorId="4926E868" wp14:editId="222E5B6F">
                <wp:simplePos x="0" y="0"/>
                <wp:positionH relativeFrom="column">
                  <wp:posOffset>-38100</wp:posOffset>
                </wp:positionH>
                <wp:positionV relativeFrom="paragraph">
                  <wp:posOffset>998220</wp:posOffset>
                </wp:positionV>
                <wp:extent cx="5722620" cy="381000"/>
                <wp:effectExtent l="0" t="0" r="11430" b="19050"/>
                <wp:wrapSquare wrapText="bothSides"/>
                <wp:docPr id="738117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381000"/>
                        </a:xfrm>
                        <a:prstGeom prst="rect">
                          <a:avLst/>
                        </a:prstGeom>
                        <a:solidFill>
                          <a:srgbClr val="FFFFFF"/>
                        </a:solidFill>
                        <a:ln w="9525">
                          <a:solidFill>
                            <a:srgbClr val="000000"/>
                          </a:solidFill>
                          <a:miter lim="800000"/>
                          <a:headEnd/>
                          <a:tailEnd/>
                        </a:ln>
                      </wps:spPr>
                      <wps:txbx>
                        <w:txbxContent>
                          <w:p w14:paraId="218EFD75" w14:textId="77777777" w:rsidR="00A80B62" w:rsidRDefault="00A80B62" w:rsidP="00A80B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6E868" id="_x0000_s1027" type="#_x0000_t202" style="position:absolute;margin-left:-3pt;margin-top:78.6pt;width:450.6pt;height:30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">
                <v:textbox>
                  <w:txbxContent>
                    <w:p w14:paraId="218EFD75" w14:textId="77777777" w:rsidR="00A80B62" w:rsidRDefault="00A80B62" w:rsidP="00A80B62"/>
                  </w:txbxContent>
                </v:textbox>
                <w10:wrap type="square"/>
              </v:shape>
            </w:pict>
          </mc:Fallback>
        </mc:AlternateContent>
      </w:r>
      <w:r w:rsidRPr="00351790">
        <w:rPr>
          <w:rFonts w:ascii="Century Gothic" w:hAnsi="Century Gothic"/>
          <w:color w:val="000000" w:themeColor="text1"/>
          <w:sz w:val="24"/>
          <w:szCs w:val="24"/>
        </w:rPr>
        <w:t>Main Contact</w:t>
      </w:r>
      <w:r w:rsidR="00A80B62" w:rsidRPr="00351790">
        <w:rPr>
          <w:rFonts w:ascii="Century Gothic" w:hAnsi="Century Gothic"/>
          <w:color w:val="000000" w:themeColor="text1"/>
          <w:sz w:val="24"/>
          <w:szCs w:val="24"/>
        </w:rPr>
        <w:t xml:space="preserve"> Name:</w:t>
      </w:r>
    </w:p>
    <w:p w14:paraId="1F15A247" w14:textId="6F1C88F1" w:rsidR="00351790" w:rsidRPr="00351790" w:rsidRDefault="00351790" w:rsidP="00351790">
      <w:pPr>
        <w:pStyle w:val="Heading3"/>
        <w:rPr>
          <w:rFonts w:ascii="Century Gothic" w:hAnsi="Century Gothic"/>
          <w:color w:val="000000" w:themeColor="text1"/>
          <w:sz w:val="24"/>
          <w:szCs w:val="24"/>
        </w:rPr>
      </w:pPr>
      <w:r w:rsidRPr="00351790">
        <w:rPr>
          <w:rFonts w:ascii="Century Gothic" w:hAnsi="Century Gothic"/>
          <w:noProof/>
          <w:color w:val="000000" w:themeColor="text1"/>
          <w:sz w:val="24"/>
          <w:szCs w:val="24"/>
        </w:rPr>
        <mc:AlternateContent>
          <mc:Choice Requires="wps">
            <w:drawing>
              <wp:anchor distT="45720" distB="45720" distL="114300" distR="114300" simplePos="0" relativeHeight="251630592" behindDoc="0" locked="0" layoutInCell="1" allowOverlap="1" wp14:anchorId="11D42652" wp14:editId="66204AC3">
                <wp:simplePos x="0" y="0"/>
                <wp:positionH relativeFrom="column">
                  <wp:posOffset>-15240</wp:posOffset>
                </wp:positionH>
                <wp:positionV relativeFrom="paragraph">
                  <wp:posOffset>925830</wp:posOffset>
                </wp:positionV>
                <wp:extent cx="5722620" cy="38100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381000"/>
                        </a:xfrm>
                        <a:prstGeom prst="rect">
                          <a:avLst/>
                        </a:prstGeom>
                        <a:solidFill>
                          <a:srgbClr val="FFFFFF"/>
                        </a:solidFill>
                        <a:ln w="9525">
                          <a:solidFill>
                            <a:srgbClr val="000000"/>
                          </a:solidFill>
                          <a:miter lim="800000"/>
                          <a:headEnd/>
                          <a:tailEnd/>
                        </a:ln>
                      </wps:spPr>
                      <wps:txbx>
                        <w:txbxContent>
                          <w:p w14:paraId="35B442DD" w14:textId="47218D74" w:rsidR="00A80B62" w:rsidRDefault="00A80B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42652" id="_x0000_s1028" type="#_x0000_t202" style="position:absolute;margin-left:-1.2pt;margin-top:72.9pt;width:450.6pt;height:30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">
                <v:textbox>
                  <w:txbxContent>
                    <w:p w14:paraId="35B442DD" w14:textId="47218D74" w:rsidR="00A80B62" w:rsidRDefault="00A80B62"/>
                  </w:txbxContent>
                </v:textbox>
                <w10:wrap type="square"/>
              </v:shape>
            </w:pict>
          </mc:Fallback>
        </mc:AlternateContent>
      </w:r>
      <w:r w:rsidRPr="00351790">
        <w:rPr>
          <w:rFonts w:ascii="Century Gothic" w:hAnsi="Century Gothic"/>
          <w:color w:val="000000" w:themeColor="text1"/>
          <w:sz w:val="24"/>
          <w:szCs w:val="24"/>
        </w:rPr>
        <w:t>Email</w:t>
      </w:r>
      <w:r w:rsidR="00A80B62" w:rsidRPr="00351790">
        <w:rPr>
          <w:rFonts w:ascii="Century Gothic" w:hAnsi="Century Gothic"/>
          <w:color w:val="000000" w:themeColor="text1"/>
          <w:sz w:val="24"/>
          <w:szCs w:val="24"/>
        </w:rPr>
        <w:t xml:space="preserve"> &amp; Contact </w:t>
      </w:r>
      <w:r w:rsidRPr="00351790">
        <w:rPr>
          <w:rFonts w:ascii="Century Gothic" w:hAnsi="Century Gothic"/>
          <w:color w:val="000000" w:themeColor="text1"/>
          <w:sz w:val="24"/>
          <w:szCs w:val="24"/>
        </w:rPr>
        <w:t>Info</w:t>
      </w:r>
      <w:r w:rsidR="00A80B62" w:rsidRPr="00351790">
        <w:rPr>
          <w:rFonts w:ascii="Century Gothic" w:hAnsi="Century Gothic"/>
          <w:color w:val="000000" w:themeColor="text1"/>
          <w:sz w:val="24"/>
          <w:szCs w:val="24"/>
        </w:rPr>
        <w:t xml:space="preserve"> for the day:</w:t>
      </w:r>
    </w:p>
    <w:p w14:paraId="22B4D124" w14:textId="5CA868E1" w:rsidR="00351790" w:rsidRPr="00262C67" w:rsidRDefault="00262C67" w:rsidP="00262C67">
      <w:pPr>
        <w:pStyle w:val="Heading3"/>
        <w:rPr>
          <w:rFonts w:ascii="Century Gothic" w:hAnsi="Century Gothic"/>
          <w:color w:val="000000" w:themeColor="text1"/>
          <w:sz w:val="24"/>
          <w:szCs w:val="24"/>
        </w:rPr>
      </w:pPr>
      <w:r w:rsidRPr="00351790">
        <w:rPr>
          <w:rFonts w:ascii="Century Gothic" w:hAnsi="Century Gothic"/>
          <w:noProof/>
          <w:color w:val="000000" w:themeColor="text1"/>
          <w:sz w:val="24"/>
          <w:szCs w:val="24"/>
        </w:rPr>
        <mc:AlternateContent>
          <mc:Choice Requires="wps">
            <w:drawing>
              <wp:anchor distT="45720" distB="45720" distL="114300" distR="114300" simplePos="0" relativeHeight="251696128" behindDoc="0" locked="0" layoutInCell="1" allowOverlap="1" wp14:anchorId="2E9D50E7" wp14:editId="15E802A6">
                <wp:simplePos x="0" y="0"/>
                <wp:positionH relativeFrom="margin">
                  <wp:align>left</wp:align>
                </wp:positionH>
                <wp:positionV relativeFrom="paragraph">
                  <wp:posOffset>1310005</wp:posOffset>
                </wp:positionV>
                <wp:extent cx="5722620" cy="815340"/>
                <wp:effectExtent l="0" t="0" r="11430" b="22860"/>
                <wp:wrapSquare wrapText="bothSides"/>
                <wp:docPr id="1769295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815340"/>
                        </a:xfrm>
                        <a:prstGeom prst="rect">
                          <a:avLst/>
                        </a:prstGeom>
                        <a:solidFill>
                          <a:srgbClr val="FFFFFF"/>
                        </a:solidFill>
                        <a:ln w="9525">
                          <a:solidFill>
                            <a:srgbClr val="000000"/>
                          </a:solidFill>
                          <a:miter lim="800000"/>
                          <a:headEnd/>
                          <a:tailEnd/>
                        </a:ln>
                      </wps:spPr>
                      <wps:txbx>
                        <w:txbxContent>
                          <w:p w14:paraId="4E09AB45" w14:textId="77777777" w:rsidR="00351790" w:rsidRDefault="00351790" w:rsidP="003517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D50E7" id="_x0000_s1029" type="#_x0000_t202" style="position:absolute;margin-left:0;margin-top:103.15pt;width:450.6pt;height:64.2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">
                <v:textbox>
                  <w:txbxContent>
                    <w:p w14:paraId="4E09AB45" w14:textId="77777777" w:rsidR="00351790" w:rsidRDefault="00351790" w:rsidP="00351790"/>
                  </w:txbxContent>
                </v:textbox>
                <w10:wrap type="square" anchorx="margin"/>
              </v:shape>
            </w:pict>
          </mc:Fallback>
        </mc:AlternateContent>
      </w:r>
      <w:r w:rsidR="00A80B62" w:rsidRPr="00351790">
        <w:rPr>
          <w:rFonts w:ascii="Century Gothic" w:hAnsi="Century Gothic"/>
          <w:color w:val="000000" w:themeColor="text1"/>
          <w:sz w:val="24"/>
          <w:szCs w:val="24"/>
        </w:rPr>
        <w:t xml:space="preserve">Would you like to have an information stall at the event? (We highly encourage all participants to have an interactive element or mini activity for families) </w:t>
      </w:r>
    </w:p>
    <w:p w14:paraId="33A6C7D3" w14:textId="09696509" w:rsidR="00A80B62" w:rsidRPr="00351790" w:rsidRDefault="00351790" w:rsidP="00351790">
      <w:pPr>
        <w:pStyle w:val="Heading3"/>
        <w:rPr>
          <w:rFonts w:ascii="Century Gothic" w:hAnsi="Century Gothic"/>
          <w:color w:val="000000" w:themeColor="text1"/>
          <w:sz w:val="24"/>
          <w:szCs w:val="24"/>
        </w:rPr>
      </w:pPr>
      <w:r w:rsidRPr="00351790">
        <w:rPr>
          <w:rFonts w:ascii="Century Gothic" w:hAnsi="Century Gothic"/>
          <w:noProof/>
          <w:color w:val="000000" w:themeColor="text1"/>
          <w:sz w:val="24"/>
          <w:szCs w:val="24"/>
        </w:rPr>
        <w:lastRenderedPageBreak/>
        <mc:AlternateContent>
          <mc:Choice Requires="wps">
            <w:drawing>
              <wp:anchor distT="45720" distB="45720" distL="114300" distR="114300" simplePos="0" relativeHeight="251702272" behindDoc="0" locked="0" layoutInCell="1" allowOverlap="1" wp14:anchorId="27580B0E" wp14:editId="2B55B6EE">
                <wp:simplePos x="0" y="0"/>
                <wp:positionH relativeFrom="column">
                  <wp:posOffset>0</wp:posOffset>
                </wp:positionH>
                <wp:positionV relativeFrom="paragraph">
                  <wp:posOffset>769620</wp:posOffset>
                </wp:positionV>
                <wp:extent cx="5722620" cy="937260"/>
                <wp:effectExtent l="0" t="0" r="11430" b="15240"/>
                <wp:wrapSquare wrapText="bothSides"/>
                <wp:docPr id="362410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937260"/>
                        </a:xfrm>
                        <a:prstGeom prst="rect">
                          <a:avLst/>
                        </a:prstGeom>
                        <a:solidFill>
                          <a:srgbClr val="FFFFFF"/>
                        </a:solidFill>
                        <a:ln w="9525">
                          <a:solidFill>
                            <a:srgbClr val="000000"/>
                          </a:solidFill>
                          <a:miter lim="800000"/>
                          <a:headEnd/>
                          <a:tailEnd/>
                        </a:ln>
                      </wps:spPr>
                      <wps:txbx>
                        <w:txbxContent>
                          <w:p w14:paraId="72FBC443" w14:textId="77777777" w:rsidR="00351790" w:rsidRDefault="00351790" w:rsidP="003517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80B0E" id="_x0000_s1030" type="#_x0000_t202" style="position:absolute;margin-left:0;margin-top:60.6pt;width:450.6pt;height:73.8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">
                <v:textbox>
                  <w:txbxContent>
                    <w:p w14:paraId="72FBC443" w14:textId="77777777" w:rsidR="00351790" w:rsidRDefault="00351790" w:rsidP="00351790"/>
                  </w:txbxContent>
                </v:textbox>
                <w10:wrap type="square"/>
              </v:shape>
            </w:pict>
          </mc:Fallback>
        </mc:AlternateContent>
      </w:r>
      <w:r w:rsidR="00A80B62" w:rsidRPr="00351790">
        <w:rPr>
          <w:rFonts w:ascii="Century Gothic" w:hAnsi="Century Gothic"/>
          <w:color w:val="000000" w:themeColor="text1"/>
          <w:sz w:val="24"/>
          <w:szCs w:val="24"/>
        </w:rPr>
        <w:t>Would you like to run a workshop at the event</w:t>
      </w:r>
      <w:r w:rsidRPr="00351790">
        <w:rPr>
          <w:rFonts w:ascii="Century Gothic" w:hAnsi="Century Gothic"/>
          <w:color w:val="000000" w:themeColor="text1"/>
          <w:sz w:val="24"/>
          <w:szCs w:val="24"/>
        </w:rPr>
        <w:t>? (Describe what participants will do, what they'll learn and whether they'll make something to take home.)</w:t>
      </w:r>
    </w:p>
    <w:p w14:paraId="1C16C048" w14:textId="77777777" w:rsidR="00D3213A" w:rsidRPr="00351790" w:rsidRDefault="00000000">
      <w:pPr>
        <w:pStyle w:val="Heading3"/>
        <w:rPr>
          <w:rFonts w:ascii="Century Gothic" w:hAnsi="Century Gothic"/>
          <w:color w:val="000000" w:themeColor="text1"/>
          <w:sz w:val="24"/>
          <w:szCs w:val="24"/>
        </w:rPr>
      </w:pPr>
      <w:r w:rsidRPr="00351790">
        <w:rPr>
          <w:rFonts w:ascii="Century Gothic" w:hAnsi="Century Gothic"/>
          <w:color w:val="000000" w:themeColor="text1"/>
          <w:sz w:val="24"/>
          <w:szCs w:val="24"/>
        </w:rPr>
        <w:t>Recommended Age Range</w:t>
      </w:r>
    </w:p>
    <w:p w14:paraId="2FDB48B9" w14:textId="058A0A19" w:rsidR="00D3213A" w:rsidRPr="00351790" w:rsidRDefault="00000000">
      <w:pPr>
        <w:rPr>
          <w:rFonts w:ascii="Century Gothic" w:hAnsi="Century Gothic"/>
          <w:color w:val="000000" w:themeColor="text1"/>
          <w:sz w:val="24"/>
          <w:szCs w:val="24"/>
        </w:rPr>
      </w:pPr>
      <w:r w:rsidRPr="00351790">
        <w:rPr>
          <w:rFonts w:ascii="Century Gothic" w:hAnsi="Century Gothic"/>
          <w:color w:val="000000" w:themeColor="text1"/>
          <w:sz w:val="24"/>
          <w:szCs w:val="24"/>
        </w:rPr>
        <w:t>______________________________________________________________</w:t>
      </w:r>
    </w:p>
    <w:p w14:paraId="0A81AE63" w14:textId="77777777" w:rsidR="00D3213A" w:rsidRPr="00351790" w:rsidRDefault="00000000">
      <w:pPr>
        <w:pStyle w:val="Heading3"/>
        <w:rPr>
          <w:rFonts w:ascii="Century Gothic" w:hAnsi="Century Gothic"/>
          <w:color w:val="000000" w:themeColor="text1"/>
          <w:sz w:val="24"/>
          <w:szCs w:val="24"/>
        </w:rPr>
      </w:pPr>
      <w:r w:rsidRPr="00351790">
        <w:rPr>
          <w:rFonts w:ascii="Century Gothic" w:hAnsi="Century Gothic"/>
          <w:color w:val="000000" w:themeColor="text1"/>
          <w:sz w:val="24"/>
          <w:szCs w:val="24"/>
        </w:rPr>
        <w:t>Approximate Session Length</w:t>
      </w:r>
    </w:p>
    <w:p w14:paraId="2C0BC2E4" w14:textId="77777777" w:rsidR="00D3213A" w:rsidRPr="00351790" w:rsidRDefault="00000000">
      <w:pPr>
        <w:rPr>
          <w:rFonts w:ascii="Century Gothic" w:hAnsi="Century Gothic"/>
          <w:color w:val="000000" w:themeColor="text1"/>
          <w:sz w:val="24"/>
          <w:szCs w:val="24"/>
        </w:rPr>
      </w:pPr>
      <w:r w:rsidRPr="00351790">
        <w:rPr>
          <w:rFonts w:ascii="Century Gothic" w:hAnsi="Century Gothic"/>
          <w:color w:val="000000" w:themeColor="text1"/>
          <w:sz w:val="24"/>
          <w:szCs w:val="24"/>
        </w:rPr>
        <w:t>______________________________________________________________</w:t>
      </w:r>
    </w:p>
    <w:p w14:paraId="5A405DC6" w14:textId="77777777" w:rsidR="00D3213A" w:rsidRPr="00351790" w:rsidRDefault="00000000">
      <w:pPr>
        <w:pStyle w:val="Heading3"/>
        <w:rPr>
          <w:rFonts w:ascii="Century Gothic" w:hAnsi="Century Gothic"/>
          <w:color w:val="000000" w:themeColor="text1"/>
          <w:sz w:val="24"/>
          <w:szCs w:val="24"/>
        </w:rPr>
      </w:pPr>
      <w:r w:rsidRPr="00351790">
        <w:rPr>
          <w:rFonts w:ascii="Century Gothic" w:hAnsi="Century Gothic"/>
          <w:color w:val="000000" w:themeColor="text1"/>
          <w:sz w:val="24"/>
          <w:szCs w:val="24"/>
        </w:rPr>
        <w:t>Maximum Number of Families</w:t>
      </w:r>
    </w:p>
    <w:p w14:paraId="725A5090" w14:textId="77777777" w:rsidR="00D3213A" w:rsidRPr="00351790" w:rsidRDefault="00000000">
      <w:pPr>
        <w:rPr>
          <w:rFonts w:ascii="Century Gothic" w:hAnsi="Century Gothic"/>
          <w:color w:val="000000" w:themeColor="text1"/>
          <w:sz w:val="24"/>
          <w:szCs w:val="24"/>
        </w:rPr>
      </w:pPr>
      <w:r w:rsidRPr="00351790">
        <w:rPr>
          <w:rFonts w:ascii="Century Gothic" w:hAnsi="Century Gothic"/>
          <w:color w:val="000000" w:themeColor="text1"/>
          <w:sz w:val="24"/>
          <w:szCs w:val="24"/>
        </w:rPr>
        <w:t>______________________________________________________________</w:t>
      </w:r>
    </w:p>
    <w:p w14:paraId="0DD1AA23" w14:textId="77777777" w:rsidR="00D3213A" w:rsidRPr="00351790" w:rsidRDefault="00000000">
      <w:pPr>
        <w:pStyle w:val="Heading3"/>
        <w:rPr>
          <w:rFonts w:ascii="Century Gothic" w:hAnsi="Century Gothic"/>
          <w:color w:val="000000" w:themeColor="text1"/>
          <w:sz w:val="24"/>
          <w:szCs w:val="24"/>
        </w:rPr>
      </w:pPr>
      <w:r w:rsidRPr="00351790">
        <w:rPr>
          <w:rFonts w:ascii="Century Gothic" w:hAnsi="Century Gothic"/>
          <w:color w:val="000000" w:themeColor="text1"/>
          <w:sz w:val="24"/>
          <w:szCs w:val="24"/>
        </w:rPr>
        <w:t>Space / Equipment Required</w:t>
      </w:r>
    </w:p>
    <w:p w14:paraId="3F78C413" w14:textId="77777777" w:rsidR="00D3213A" w:rsidRPr="00351790" w:rsidRDefault="00000000">
      <w:pPr>
        <w:rPr>
          <w:rFonts w:ascii="Century Gothic" w:hAnsi="Century Gothic"/>
          <w:color w:val="000000" w:themeColor="text1"/>
          <w:sz w:val="24"/>
          <w:szCs w:val="24"/>
        </w:rPr>
      </w:pPr>
      <w:r w:rsidRPr="00351790">
        <w:rPr>
          <w:rFonts w:ascii="Century Gothic" w:hAnsi="Century Gothic"/>
          <w:color w:val="000000" w:themeColor="text1"/>
          <w:sz w:val="24"/>
          <w:szCs w:val="24"/>
        </w:rPr>
        <w:t>______________________________________________________________</w:t>
      </w:r>
    </w:p>
    <w:p w14:paraId="1706F20F" w14:textId="77777777" w:rsidR="00D3213A" w:rsidRPr="00351790" w:rsidRDefault="00000000">
      <w:pPr>
        <w:pStyle w:val="Heading3"/>
        <w:rPr>
          <w:rFonts w:ascii="Century Gothic" w:hAnsi="Century Gothic"/>
          <w:color w:val="000000" w:themeColor="text1"/>
          <w:sz w:val="24"/>
          <w:szCs w:val="24"/>
        </w:rPr>
      </w:pPr>
      <w:r w:rsidRPr="00351790">
        <w:rPr>
          <w:rFonts w:ascii="Century Gothic" w:hAnsi="Century Gothic"/>
          <w:color w:val="000000" w:themeColor="text1"/>
          <w:sz w:val="24"/>
          <w:szCs w:val="24"/>
        </w:rPr>
        <w:t>Will your activity run continuously or at set times?</w:t>
      </w:r>
    </w:p>
    <w:p w14:paraId="0080E52C" w14:textId="77777777" w:rsidR="00D3213A" w:rsidRPr="00351790" w:rsidRDefault="00000000">
      <w:pPr>
        <w:rPr>
          <w:rFonts w:ascii="Century Gothic" w:hAnsi="Century Gothic"/>
          <w:color w:val="000000" w:themeColor="text1"/>
          <w:sz w:val="24"/>
          <w:szCs w:val="24"/>
        </w:rPr>
      </w:pPr>
      <w:r w:rsidRPr="00351790">
        <w:rPr>
          <w:rFonts w:ascii="Century Gothic" w:hAnsi="Century Gothic"/>
          <w:color w:val="000000" w:themeColor="text1"/>
          <w:sz w:val="24"/>
          <w:szCs w:val="24"/>
        </w:rPr>
        <w:t>______________________________________________________________</w:t>
      </w:r>
    </w:p>
    <w:p w14:paraId="6BE4738B" w14:textId="77777777" w:rsidR="00D3213A" w:rsidRPr="00351790" w:rsidRDefault="00000000">
      <w:pPr>
        <w:pStyle w:val="Heading3"/>
        <w:rPr>
          <w:rFonts w:ascii="Century Gothic" w:hAnsi="Century Gothic"/>
          <w:color w:val="000000" w:themeColor="text1"/>
          <w:sz w:val="24"/>
          <w:szCs w:val="24"/>
        </w:rPr>
      </w:pPr>
      <w:r w:rsidRPr="00351790">
        <w:rPr>
          <w:rFonts w:ascii="Century Gothic" w:hAnsi="Century Gothic"/>
          <w:color w:val="000000" w:themeColor="text1"/>
          <w:sz w:val="24"/>
          <w:szCs w:val="24"/>
        </w:rPr>
        <w:t>Anything else we should know?</w:t>
      </w:r>
    </w:p>
    <w:p w14:paraId="36317BEE" w14:textId="77777777" w:rsidR="00D3213A" w:rsidRPr="00351790" w:rsidRDefault="00000000">
      <w:pPr>
        <w:rPr>
          <w:rFonts w:ascii="Century Gothic" w:hAnsi="Century Gothic"/>
          <w:color w:val="000000" w:themeColor="text1"/>
          <w:sz w:val="24"/>
          <w:szCs w:val="24"/>
        </w:rPr>
      </w:pPr>
      <w:r w:rsidRPr="00351790">
        <w:rPr>
          <w:rFonts w:ascii="Century Gothic" w:hAnsi="Century Gothic"/>
          <w:color w:val="000000" w:themeColor="text1"/>
          <w:sz w:val="24"/>
          <w:szCs w:val="24"/>
        </w:rPr>
        <w:t>______________________________________________________________</w:t>
      </w:r>
    </w:p>
    <w:p w14:paraId="236C3626" w14:textId="77777777" w:rsidR="00D3213A" w:rsidRPr="00351790" w:rsidRDefault="00000000">
      <w:pPr>
        <w:pStyle w:val="Heading2"/>
        <w:rPr>
          <w:rFonts w:ascii="Century Gothic" w:hAnsi="Century Gothic"/>
          <w:color w:val="000000" w:themeColor="text1"/>
          <w:sz w:val="24"/>
          <w:szCs w:val="24"/>
        </w:rPr>
      </w:pPr>
      <w:r w:rsidRPr="00351790">
        <w:rPr>
          <w:rFonts w:ascii="Century Gothic" w:hAnsi="Century Gothic"/>
          <w:color w:val="000000" w:themeColor="text1"/>
          <w:sz w:val="24"/>
          <w:szCs w:val="24"/>
        </w:rPr>
        <w:t>What Happens Next?</w:t>
      </w:r>
    </w:p>
    <w:p w14:paraId="09661DBC" w14:textId="477D40EA" w:rsidR="00D3213A" w:rsidRPr="00351790" w:rsidRDefault="00000000" w:rsidP="00351790">
      <w:pPr>
        <w:pStyle w:val="Heading2"/>
        <w:rPr>
          <w:color w:val="000000" w:themeColor="text1"/>
        </w:rPr>
      </w:pPr>
      <w:r w:rsidRPr="00351790">
        <w:rPr>
          <w:rFonts w:ascii="Century Gothic" w:hAnsi="Century Gothic"/>
          <w:color w:val="000000" w:themeColor="text1"/>
          <w:sz w:val="24"/>
          <w:szCs w:val="24"/>
        </w:rPr>
        <w:t>Once we receive your form we will:</w:t>
      </w:r>
      <w:r w:rsidRPr="00351790">
        <w:rPr>
          <w:rFonts w:ascii="Century Gothic" w:hAnsi="Century Gothic"/>
          <w:color w:val="000000" w:themeColor="text1"/>
          <w:sz w:val="24"/>
          <w:szCs w:val="24"/>
        </w:rPr>
        <w:br/>
        <w:t>• Review your activity.</w:t>
      </w:r>
      <w:r w:rsidRPr="00351790">
        <w:rPr>
          <w:rFonts w:ascii="Century Gothic" w:hAnsi="Century Gothic"/>
          <w:color w:val="000000" w:themeColor="text1"/>
          <w:sz w:val="24"/>
          <w:szCs w:val="24"/>
        </w:rPr>
        <w:br/>
        <w:t>• Slot workshops into the event timetable.</w:t>
      </w:r>
      <w:r w:rsidRPr="00351790">
        <w:rPr>
          <w:rFonts w:ascii="Century Gothic" w:hAnsi="Century Gothic"/>
          <w:color w:val="000000" w:themeColor="text1"/>
          <w:sz w:val="24"/>
          <w:szCs w:val="24"/>
        </w:rPr>
        <w:br/>
        <w:t>• Contact you to confirm your session time.</w:t>
      </w:r>
      <w:r w:rsidRPr="00351790">
        <w:rPr>
          <w:rFonts w:ascii="Century Gothic" w:hAnsi="Century Gothic"/>
          <w:color w:val="000000" w:themeColor="text1"/>
          <w:sz w:val="24"/>
          <w:szCs w:val="24"/>
        </w:rPr>
        <w:br/>
        <w:t xml:space="preserve">• Send final event information and joining </w:t>
      </w:r>
      <w:r w:rsidRPr="00351790">
        <w:rPr>
          <w:color w:val="000000" w:themeColor="text1"/>
        </w:rPr>
        <w:t>instructio</w:t>
      </w:r>
      <w:r w:rsidR="00351790" w:rsidRPr="00351790">
        <w:rPr>
          <w:color w:val="000000" w:themeColor="text1"/>
        </w:rPr>
        <w:t>ns</w:t>
      </w:r>
    </w:p>
    <w:sectPr w:rsidR="00D3213A" w:rsidRPr="0035179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31442987">
    <w:abstractNumId w:val="8"/>
  </w:num>
  <w:num w:numId="2" w16cid:durableId="1057968447">
    <w:abstractNumId w:val="6"/>
  </w:num>
  <w:num w:numId="3" w16cid:durableId="1150905229">
    <w:abstractNumId w:val="5"/>
  </w:num>
  <w:num w:numId="4" w16cid:durableId="668144929">
    <w:abstractNumId w:val="4"/>
  </w:num>
  <w:num w:numId="5" w16cid:durableId="804616983">
    <w:abstractNumId w:val="7"/>
  </w:num>
  <w:num w:numId="6" w16cid:durableId="1755711674">
    <w:abstractNumId w:val="3"/>
  </w:num>
  <w:num w:numId="7" w16cid:durableId="791705487">
    <w:abstractNumId w:val="2"/>
  </w:num>
  <w:num w:numId="8" w16cid:durableId="1603731696">
    <w:abstractNumId w:val="1"/>
  </w:num>
  <w:num w:numId="9" w16cid:durableId="1676953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6F31"/>
    <w:rsid w:val="00131007"/>
    <w:rsid w:val="0015074B"/>
    <w:rsid w:val="00262C67"/>
    <w:rsid w:val="0029639D"/>
    <w:rsid w:val="00326F90"/>
    <w:rsid w:val="00351790"/>
    <w:rsid w:val="00A80B62"/>
    <w:rsid w:val="00AA1D8D"/>
    <w:rsid w:val="00AE6988"/>
    <w:rsid w:val="00B47730"/>
    <w:rsid w:val="00BF0551"/>
    <w:rsid w:val="00CB0664"/>
    <w:rsid w:val="00D321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B7EDCF"/>
  <w14:defaultImageDpi w14:val="300"/>
  <w15:docId w15:val="{FCAD4000-3A98-458D-B796-18386F97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80B62"/>
    <w:rPr>
      <w:color w:val="0000FF" w:themeColor="hyperlink"/>
      <w:u w:val="single"/>
    </w:rPr>
  </w:style>
  <w:style w:type="character" w:styleId="UnresolvedMention">
    <w:name w:val="Unresolved Mention"/>
    <w:basedOn w:val="DefaultParagraphFont"/>
    <w:uiPriority w:val="99"/>
    <w:semiHidden/>
    <w:unhideWhenUsed/>
    <w:rsid w:val="00A80B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Sharon Frederiksen</cp:lastModifiedBy>
  <cp:revision>2</cp:revision>
  <dcterms:created xsi:type="dcterms:W3CDTF">2026-08-19T15:08:00Z</dcterms:created>
  <dcterms:modified xsi:type="dcterms:W3CDTF">2026-08-19T15:08:00Z</dcterms:modified>
  <cp:category/>
</cp:coreProperties>
</file>